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16DEF" w14:textId="77777777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Site plan(latest) with block details</w:t>
      </w:r>
    </w:p>
    <w:p w14:paraId="31FDE97E" w14:textId="77777777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Landscape plan(latest) with level</w:t>
      </w:r>
    </w:p>
    <w:p w14:paraId="247510DB" w14:textId="72AF055E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Amenities list – under categories (if any)</w:t>
      </w:r>
    </w:p>
    <w:p w14:paraId="05BB6697" w14:textId="61412ACD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Amenities – 3d model or reference images/render</w:t>
      </w:r>
    </w:p>
    <w:p w14:paraId="37F48738" w14:textId="41E13A6C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List of nearby- healthcare, transportation, offices, leisure &amp; education facilities around the site - probably with 3-5km radius</w:t>
      </w:r>
    </w:p>
    <w:p w14:paraId="2C8A18C3" w14:textId="0A69C749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 xml:space="preserve">Rendered unit </w:t>
      </w:r>
      <w:proofErr w:type="gramStart"/>
      <w:r w:rsidRPr="006F23B2">
        <w:rPr>
          <w:rFonts w:ascii="Calibri Light" w:hAnsi="Calibri Light" w:cs="Calibri Light"/>
          <w:sz w:val="24"/>
          <w:szCs w:val="24"/>
        </w:rPr>
        <w:t>plans(</w:t>
      </w:r>
      <w:proofErr w:type="gramEnd"/>
      <w:r w:rsidRPr="006F23B2">
        <w:rPr>
          <w:rFonts w:ascii="Calibri Light" w:hAnsi="Calibri Light" w:cs="Calibri Light"/>
          <w:sz w:val="24"/>
          <w:szCs w:val="24"/>
        </w:rPr>
        <w:t>brochure ready) to be placed in each units while section cut</w:t>
      </w:r>
    </w:p>
    <w:p w14:paraId="6DA723DE" w14:textId="351B657B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Rendered floor plans and interior still render</w:t>
      </w:r>
    </w:p>
    <w:p w14:paraId="7A9FC1A0" w14:textId="37866EAC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Unit numbers and details for google sheets sync for inventory management</w:t>
      </w:r>
      <w:r w:rsidRPr="006F23B2">
        <w:rPr>
          <w:rFonts w:ascii="Calibri Light" w:hAnsi="Calibri Light" w:cs="Calibri Light"/>
          <w:sz w:val="24"/>
          <w:szCs w:val="24"/>
        </w:rPr>
        <w:br/>
        <w:t>(</w:t>
      </w:r>
      <w:r w:rsidRPr="006F23B2">
        <w:rPr>
          <w:rFonts w:ascii="Calibri Light" w:hAnsi="Calibri Light" w:cs="Calibri Light"/>
          <w:sz w:val="24"/>
          <w:szCs w:val="24"/>
          <w:lang w:val="en-IN"/>
        </w:rPr>
        <w:t xml:space="preserve">list of unit details- area, price, </w:t>
      </w:r>
      <w:proofErr w:type="spellStart"/>
      <w:proofErr w:type="gramStart"/>
      <w:r w:rsidRPr="006F23B2">
        <w:rPr>
          <w:rFonts w:ascii="Calibri Light" w:hAnsi="Calibri Light" w:cs="Calibri Light"/>
          <w:sz w:val="24"/>
          <w:szCs w:val="24"/>
          <w:lang w:val="en-IN"/>
        </w:rPr>
        <w:t>b.room</w:t>
      </w:r>
      <w:proofErr w:type="spellEnd"/>
      <w:proofErr w:type="gramEnd"/>
      <w:r w:rsidRPr="006F23B2">
        <w:rPr>
          <w:rFonts w:ascii="Calibri Light" w:hAnsi="Calibri Light" w:cs="Calibri Light"/>
          <w:sz w:val="24"/>
          <w:szCs w:val="24"/>
          <w:lang w:val="en-IN"/>
        </w:rPr>
        <w:t xml:space="preserve"> count, toilet count, orientation - if needed to be added in exterio app)</w:t>
      </w:r>
    </w:p>
    <w:p w14:paraId="59D6A856" w14:textId="1EC8F2A3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Still rendered images or walkthrough video if needed to be placed</w:t>
      </w:r>
    </w:p>
    <w:p w14:paraId="28481338" w14:textId="7C2C2A8E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Facade lighting &amp; lighting plan for night view</w:t>
      </w:r>
    </w:p>
    <w:p w14:paraId="72298729" w14:textId="7E5ECA8A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Builder &amp; project logo file along with socials link and text</w:t>
      </w:r>
    </w:p>
    <w:p w14:paraId="3804C3F8" w14:textId="59903D19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</w:rPr>
        <w:t>Painting finishes with brand code and textures if any</w:t>
      </w:r>
    </w:p>
    <w:p w14:paraId="3647682A" w14:textId="0F813FA9" w:rsidR="006F23B2" w:rsidRPr="006F23B2" w:rsidRDefault="006F23B2" w:rsidP="006F23B2">
      <w:pPr>
        <w:pStyle w:val="ListParagraph"/>
        <w:numPr>
          <w:ilvl w:val="0"/>
          <w:numId w:val="11"/>
        </w:numPr>
        <w:spacing w:line="360" w:lineRule="auto"/>
        <w:rPr>
          <w:rFonts w:ascii="Calibri Light" w:hAnsi="Calibri Light" w:cs="Calibri Light"/>
          <w:sz w:val="24"/>
          <w:szCs w:val="24"/>
          <w:lang w:val="en-IN"/>
        </w:rPr>
      </w:pPr>
      <w:r w:rsidRPr="006F23B2">
        <w:rPr>
          <w:rFonts w:ascii="Calibri Light" w:hAnsi="Calibri Light" w:cs="Calibri Light"/>
          <w:sz w:val="24"/>
          <w:szCs w:val="24"/>
          <w:lang w:val="en-IN"/>
        </w:rPr>
        <w:t>Marketing creatives- logo &amp; animation</w:t>
      </w:r>
    </w:p>
    <w:p w14:paraId="39A421AB" w14:textId="77777777" w:rsidR="006F23B2" w:rsidRPr="006F23B2" w:rsidRDefault="006F23B2" w:rsidP="006F23B2">
      <w:pPr>
        <w:spacing w:line="360" w:lineRule="auto"/>
        <w:rPr>
          <w:rFonts w:ascii="Calibri Light" w:hAnsi="Calibri Light" w:cs="Calibri Light"/>
          <w:sz w:val="24"/>
          <w:szCs w:val="24"/>
        </w:rPr>
      </w:pPr>
    </w:p>
    <w:p w14:paraId="57C92395" w14:textId="77777777" w:rsidR="006F23B2" w:rsidRPr="006F23B2" w:rsidRDefault="006F23B2" w:rsidP="006F23B2">
      <w:pPr>
        <w:spacing w:line="360" w:lineRule="auto"/>
        <w:rPr>
          <w:rFonts w:ascii="Calibri Light" w:hAnsi="Calibri Light" w:cs="Calibri Light"/>
          <w:sz w:val="24"/>
          <w:szCs w:val="24"/>
        </w:rPr>
      </w:pPr>
    </w:p>
    <w:sectPr w:rsidR="006F23B2" w:rsidRPr="006F23B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3455858"/>
    <w:multiLevelType w:val="hybridMultilevel"/>
    <w:tmpl w:val="E8F0F062"/>
    <w:lvl w:ilvl="0" w:tplc="8FFC52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90D8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003D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8419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0EED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34D2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1635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D000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38FD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3734A8"/>
    <w:multiLevelType w:val="hybridMultilevel"/>
    <w:tmpl w:val="A2C630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498566">
    <w:abstractNumId w:val="8"/>
  </w:num>
  <w:num w:numId="2" w16cid:durableId="742531905">
    <w:abstractNumId w:val="6"/>
  </w:num>
  <w:num w:numId="3" w16cid:durableId="1074821573">
    <w:abstractNumId w:val="5"/>
  </w:num>
  <w:num w:numId="4" w16cid:durableId="561020174">
    <w:abstractNumId w:val="4"/>
  </w:num>
  <w:num w:numId="5" w16cid:durableId="277371564">
    <w:abstractNumId w:val="7"/>
  </w:num>
  <w:num w:numId="6" w16cid:durableId="2111850799">
    <w:abstractNumId w:val="3"/>
  </w:num>
  <w:num w:numId="7" w16cid:durableId="493373211">
    <w:abstractNumId w:val="2"/>
  </w:num>
  <w:num w:numId="8" w16cid:durableId="1710571060">
    <w:abstractNumId w:val="1"/>
  </w:num>
  <w:num w:numId="9" w16cid:durableId="159543411">
    <w:abstractNumId w:val="0"/>
  </w:num>
  <w:num w:numId="10" w16cid:durableId="454567634">
    <w:abstractNumId w:val="9"/>
  </w:num>
  <w:num w:numId="11" w16cid:durableId="1519185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4CF0"/>
    <w:rsid w:val="0029639D"/>
    <w:rsid w:val="00326F90"/>
    <w:rsid w:val="006020FE"/>
    <w:rsid w:val="00664DDE"/>
    <w:rsid w:val="0067362F"/>
    <w:rsid w:val="006F23B2"/>
    <w:rsid w:val="00AA1D8D"/>
    <w:rsid w:val="00B47730"/>
    <w:rsid w:val="00CB0664"/>
    <w:rsid w:val="00DF6D8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C968D3"/>
  <w14:defaultImageDpi w14:val="300"/>
  <w15:docId w15:val="{AF9568B1-ADA9-BA4A-9449-B304BBA6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6F2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81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25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Jaswinder Singh</cp:lastModifiedBy>
  <cp:revision>3</cp:revision>
  <dcterms:created xsi:type="dcterms:W3CDTF">2025-09-05T14:07:00Z</dcterms:created>
  <dcterms:modified xsi:type="dcterms:W3CDTF">2025-09-06T04:01:00Z</dcterms:modified>
  <cp:category/>
</cp:coreProperties>
</file>